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EEDF" w14:textId="77777777" w:rsidR="00D319F8" w:rsidRDefault="00094481">
      <w:r>
        <w:rPr>
          <w:b/>
          <w:sz w:val="40"/>
        </w:rPr>
        <w:t>Foreningen for blødere i Norge – 60 år</w:t>
      </w:r>
      <w:r>
        <w:rPr>
          <w:b/>
          <w:sz w:val="40"/>
        </w:rPr>
        <w:br/>
        <w:t>1966–2026</w:t>
      </w:r>
    </w:p>
    <w:p w14:paraId="7136CAF5" w14:textId="77777777" w:rsidR="00D319F8" w:rsidRDefault="00094481">
      <w:r>
        <w:t>Jubileumskonferanse og jubileumsmiddag</w:t>
      </w:r>
    </w:p>
    <w:p w14:paraId="5E151310" w14:textId="77777777" w:rsidR="00D319F8" w:rsidRDefault="00094481">
      <w:r>
        <w:t>Lørdag 17. oktober 2026</w:t>
      </w:r>
      <w:r>
        <w:br/>
        <w:t>Quality Airport Hotel Gardermoen</w:t>
      </w:r>
    </w:p>
    <w:p w14:paraId="6989229A" w14:textId="77777777" w:rsidR="00D319F8" w:rsidRDefault="00D319F8"/>
    <w:p w14:paraId="4D016D53" w14:textId="77777777" w:rsidR="00D319F8" w:rsidRDefault="00094481">
      <w:r>
        <w:rPr>
          <w:b/>
        </w:rPr>
        <w:t>60 år med fellesskap, kunnskap og fremtidshåp</w:t>
      </w:r>
    </w:p>
    <w:p w14:paraId="4ACBDAE6" w14:textId="77777777" w:rsidR="00D319F8" w:rsidRDefault="00094481">
      <w:r>
        <w:t>I 1966 gikk en liten gruppe mennesker sammen for å skape et fellesskap og en stemme for personer med blødersykdom i Norge. Seksti år senere står vi på skuldrene til deres innsats.</w:t>
      </w:r>
    </w:p>
    <w:p w14:paraId="099989EB" w14:textId="77777777" w:rsidR="00D319F8" w:rsidRDefault="00094481">
      <w:r>
        <w:t>Vi inviterer derfor til jubileumskonferanse og feiring av Foreningen for blødere i Norges 60-årsjubileum.</w:t>
      </w:r>
    </w:p>
    <w:p w14:paraId="624CA01C" w14:textId="77777777" w:rsidR="00D319F8" w:rsidRDefault="00094481">
      <w:r>
        <w:t>Gjennom seks tiår har foreningen vært en viktig pådriver for bedre behandling, økt kunnskap og sterkere rettigheter for personer med blødersykdom og deres familier. Samtidig har foreningen skapt møteplasser, vennskap og et fellesskap som har betydd mye for mange.</w:t>
      </w:r>
    </w:p>
    <w:p w14:paraId="30A744AA" w14:textId="77777777" w:rsidR="00D319F8" w:rsidRDefault="00094481">
      <w:r>
        <w:t>Dette ønsker vi å markere med en jubileumskonferanse som samler medlemmer, familier, helsepersonell, samarbeidspartnere og venner av foreningen.</w:t>
      </w:r>
    </w:p>
    <w:p w14:paraId="1C01F637" w14:textId="77777777" w:rsidR="00D319F8" w:rsidRDefault="00094481">
      <w:r>
        <w:t>På kvelden inviterer vi til jubileumsmiddag med god mat, underholdning og feiring av 60 år for blødernes sak.</w:t>
      </w:r>
    </w:p>
    <w:p w14:paraId="124F6843" w14:textId="77777777" w:rsidR="00D319F8" w:rsidRDefault="00094481">
      <w:r>
        <w:t>Tid og sted</w:t>
      </w:r>
    </w:p>
    <w:p w14:paraId="0B5F825F" w14:textId="77777777" w:rsidR="00D319F8" w:rsidRDefault="00094481">
      <w:r>
        <w:t>Jubileumskonferanse: Lørdag 17. oktober 2026</w:t>
      </w:r>
    </w:p>
    <w:p w14:paraId="6A193A8B" w14:textId="77777777" w:rsidR="00D319F8" w:rsidRDefault="00094481">
      <w:r>
        <w:t>Jubileumsmiddag: Kl. 20.00</w:t>
      </w:r>
    </w:p>
    <w:p w14:paraId="64E7E400" w14:textId="77777777" w:rsidR="00D319F8" w:rsidRDefault="00094481">
      <w:r>
        <w:t>Sted: Quality Airport Hotel Gardermoen</w:t>
      </w:r>
    </w:p>
    <w:p w14:paraId="2F22B75B" w14:textId="77777777" w:rsidR="00D319F8" w:rsidRDefault="00094481">
      <w:r>
        <w:t>Nærmere informasjon om program, påmelding og overnatting publiseres i forkant av arrangementet.</w:t>
      </w:r>
    </w:p>
    <w:p w14:paraId="61E0F25A" w14:textId="77777777" w:rsidR="00D319F8" w:rsidRDefault="00094481">
      <w:r>
        <w:t>Vi håper du vil være med og markere denne historiske dagen sammen med oss.</w:t>
      </w:r>
    </w:p>
    <w:p w14:paraId="0DBE4DCD" w14:textId="77777777" w:rsidR="00D319F8" w:rsidRDefault="00094481">
      <w:r>
        <w:t>Styret i Foreningen for blødere i Norge</w:t>
      </w:r>
    </w:p>
    <w:sectPr w:rsidR="00D319F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014765812">
    <w:abstractNumId w:val="8"/>
  </w:num>
  <w:num w:numId="2" w16cid:durableId="1254825747">
    <w:abstractNumId w:val="6"/>
  </w:num>
  <w:num w:numId="3" w16cid:durableId="649940079">
    <w:abstractNumId w:val="5"/>
  </w:num>
  <w:num w:numId="4" w16cid:durableId="1779324820">
    <w:abstractNumId w:val="4"/>
  </w:num>
  <w:num w:numId="5" w16cid:durableId="907956797">
    <w:abstractNumId w:val="7"/>
  </w:num>
  <w:num w:numId="6" w16cid:durableId="656037934">
    <w:abstractNumId w:val="3"/>
  </w:num>
  <w:num w:numId="7" w16cid:durableId="1656181969">
    <w:abstractNumId w:val="2"/>
  </w:num>
  <w:num w:numId="8" w16cid:durableId="1475372805">
    <w:abstractNumId w:val="1"/>
  </w:num>
  <w:num w:numId="9" w16cid:durableId="138656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481"/>
    <w:rsid w:val="0015074B"/>
    <w:rsid w:val="0029639D"/>
    <w:rsid w:val="00326F90"/>
    <w:rsid w:val="008049F0"/>
    <w:rsid w:val="00AA1D8D"/>
    <w:rsid w:val="00B47730"/>
    <w:rsid w:val="00BC27C7"/>
    <w:rsid w:val="00CB0664"/>
    <w:rsid w:val="00D319F8"/>
    <w:rsid w:val="00E312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7305DC"/>
  <w14:defaultImageDpi w14:val="300"/>
  <w15:docId w15:val="{CBFFEAA2-246B-4EC1-91AF-2003D7ADE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43043491A6FA44A850978B42BEEE95" ma:contentTypeVersion="16" ma:contentTypeDescription="Create a new document." ma:contentTypeScope="" ma:versionID="b26ee3473bb02cfdc4737dce9efccd87">
  <xsd:schema xmlns:xsd="http://www.w3.org/2001/XMLSchema" xmlns:xs="http://www.w3.org/2001/XMLSchema" xmlns:p="http://schemas.microsoft.com/office/2006/metadata/properties" xmlns:ns3="7d27cf7d-1df1-4777-816d-00009e047d85" xmlns:ns4="d27638ad-c0bf-422c-87a4-1d88b4d603a1" targetNamespace="http://schemas.microsoft.com/office/2006/metadata/properties" ma:root="true" ma:fieldsID="e52c583e6eccf140c511b33ae651bbbc" ns3:_="" ns4:_="">
    <xsd:import namespace="7d27cf7d-1df1-4777-816d-00009e047d85"/>
    <xsd:import namespace="d27638ad-c0bf-422c-87a4-1d88b4d603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7cf7d-1df1-4777-816d-00009e047d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638ad-c0bf-422c-87a4-1d88b4d603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638ad-c0bf-422c-87a4-1d88b4d603a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0534C17-18C9-4BB7-A3F9-80C240546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7cf7d-1df1-4777-816d-00009e047d85"/>
    <ds:schemaRef ds:uri="d27638ad-c0bf-422c-87a4-1d88b4d60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AFA28B-6F4B-4DED-B769-2586C1952A4B}">
  <ds:schemaRefs>
    <ds:schemaRef ds:uri="http://schemas.microsoft.com/sharepoint/v3/contenttype/forms"/>
  </ds:schemaRefs>
</ds:datastoreItem>
</file>

<file path=customXml/itemProps4.xml><?xml version="1.0" encoding="utf-8"?>
<ds:datastoreItem xmlns:ds="http://schemas.openxmlformats.org/officeDocument/2006/customXml" ds:itemID="{D9CC8CBE-C306-4462-9959-7EB4AB616BAD}">
  <ds:schemaRefs>
    <ds:schemaRef ds:uri="http://schemas.microsoft.com/office/2006/metadata/properties"/>
    <ds:schemaRef ds:uri="http://schemas.microsoft.com/office/infopath/2007/PartnerControls"/>
    <ds:schemaRef ds:uri="d27638ad-c0bf-422c-87a4-1d88b4d603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Christine Myhre Bråthen</cp:lastModifiedBy>
  <cp:revision>2</cp:revision>
  <dcterms:created xsi:type="dcterms:W3CDTF">2026-06-05T16:31:00Z</dcterms:created>
  <dcterms:modified xsi:type="dcterms:W3CDTF">2026-06-05T16:31:00Z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0x0101005143043491A6FA44A850978B42BEEE95</vt:lpwstr>
  </property>
</Properties>
</file>